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54B27" w14:textId="6E039870" w:rsidR="005070E3" w:rsidRPr="00351774" w:rsidRDefault="00351774">
      <w:pPr>
        <w:spacing w:after="280"/>
        <w:jc w:val="right"/>
        <w:rPr>
          <w:lang w:val="de-CH"/>
        </w:rPr>
      </w:pPr>
      <w:r>
        <w:rPr>
          <w:rFonts w:ascii="Calibri" w:hAnsi="Calibri" w:eastAsia="Calibri"/>
        </w:rPr>
        <w:t>Berne, le 17 juin 2026</w:t>
      </w:r>
    </w:p>
    <w:p w14:paraId="4C311F16" w14:textId="77777777" w:rsidR="005070E3" w:rsidRPr="00351774" w:rsidRDefault="00351774">
      <w:pPr>
        <w:pStyle w:val="LetterTitle"/>
        <w:rPr>
          <w:lang w:val="de-CH"/>
        </w:rPr>
      </w:pPr>
      <w:r>
        <w:rPr>
          <w:rFonts w:ascii="Calibri" w:hAnsi="Calibri" w:eastAsia="Calibri"/>
        </w:rPr>
        <w:t>Candidature pour un stage de deux ans en développement de plateformes (août 2026 – juillet 2028)</w:t>
      </w:r>
    </w:p>
    <w:p w14:paraId="13827C04" w14:textId="77777777" w:rsidR="005070E3" w:rsidRPr="00351774" w:rsidRDefault="00351774">
      <w:pPr>
        <w:spacing w:after="180"/>
        <w:rPr>
          <w:lang w:val="de-CH"/>
        </w:rPr>
      </w:pPr>
      <w:r>
        <w:rPr>
          <w:rFonts w:ascii="Calibri" w:hAnsi="Calibri" w:eastAsia="Calibri"/>
        </w:rPr>
        <w:t>Madame, Monsieur,</w:t>
      </w:r>
    </w:p>
    <w:p w14:paraId="0FDC63F2" w14:textId="77777777" w:rsidR="005070E3" w:rsidRPr="00351774" w:rsidRDefault="00351774" w:rsidP="00351774">
      <w:pPr>
        <w:jc w:val="both"/>
        <w:rPr>
          <w:lang w:val="de-CH"/>
        </w:rPr>
      </w:pPr>
      <w:r>
        <w:rPr>
          <w:rFonts w:ascii="Calibri" w:hAnsi="Calibri" w:eastAsia="Calibri"/>
        </w:rPr>
        <w:t>Par la présente, je vous soumets ma candidature pour un stage de deux ans en informatique, orientation développement de plateformes, pour la période d’août 2026 à juillet 2028. Je suis actuellement ma formation d’informaticien CFC à la Computerschule Bern CSBE et souhaite mettre en pratique et développer mes connaissances dans un environnement professionnel.</w:t>
      </w:r>
    </w:p>
    <w:p w14:paraId="14F30120" w14:textId="77777777" w:rsidR="005070E3" w:rsidRPr="00351774" w:rsidRDefault="00351774" w:rsidP="00351774">
      <w:pPr>
        <w:jc w:val="both"/>
        <w:rPr>
          <w:lang w:val="de-CH"/>
        </w:rPr>
      </w:pPr>
      <w:r>
        <w:rPr>
          <w:rFonts w:ascii="Calibri" w:hAnsi="Calibri" w:eastAsia="Calibri"/>
        </w:rPr>
        <w:t>Une possibilité de stage qui m’avait déjà été confirmée n’a malheureusement pas pu être maintenue en raison de difficultés imprévues et de court terme rencontrées par l’entreprise. Je recherche donc activement une nouvelle entreprise dans laquelle je pourrai poursuivre ma formation de manière fiable. Cette situation inattendue renforce ma détermination à saisir une nouvelle opportunité avec motivation, engagement et sens des responsabilités.</w:t>
      </w:r>
    </w:p>
    <w:p w14:paraId="497EE3AB" w14:textId="77777777" w:rsidR="005070E3" w:rsidRPr="00351774" w:rsidRDefault="00351774" w:rsidP="00351774">
      <w:pPr>
        <w:jc w:val="both"/>
        <w:rPr>
          <w:lang w:val="de-CH"/>
        </w:rPr>
      </w:pPr>
      <w:r>
        <w:rPr>
          <w:rFonts w:ascii="Calibri" w:hAnsi="Calibri" w:eastAsia="Calibri"/>
        </w:rPr>
        <w:t>Mon bulletin intermédiaire montre que je suis sur la bonne voie dans l’orientation développement de plateformes. J’ai obtenu de très bons résultats dans des domaines pratiques tels que la sécurité réseau, la sécurité des systèmes, les services serveurs, les solutions cloud, les Directory Services, l’exploitation réseau ainsi que la réalisation autonome de petits projets. Ces résultats correspondent à ce qui m’intéresse particulièrement en informatique : comprendre les systèmes, les construire proprement, les sécuriser et assurer un support fiable en exploitation.</w:t>
      </w:r>
    </w:p>
    <w:p w14:paraId="23F0F60F" w14:textId="77777777" w:rsidR="005070E3" w:rsidRPr="00351774" w:rsidRDefault="00351774" w:rsidP="00351774">
      <w:pPr>
        <w:jc w:val="both"/>
        <w:rPr>
          <w:lang w:val="de-CH"/>
        </w:rPr>
      </w:pPr>
      <w:r>
        <w:rPr>
          <w:rFonts w:ascii="Calibri" w:hAnsi="Calibri" w:eastAsia="Calibri"/>
        </w:rPr>
        <w:t>En dehors des cours également, je m’investis intensivement dans l’informatique. Mes projets personnels comprennent notamment un Homelab, un site web Remote Desktop ainsi qu’un système de tickets assisté par IA. Cela me permet d’appliquer les connaissances théoriques dans la pratique, d’analyser les erreurs de manière systématique et de développer des solutions fonctionnelles pour un usage quotidien.</w:t>
      </w:r>
    </w:p>
    <w:p w14:paraId="6E1C563E" w14:textId="77777777" w:rsidR="005070E3" w:rsidRPr="00351774" w:rsidRDefault="00351774" w:rsidP="00351774">
      <w:pPr>
        <w:jc w:val="both"/>
        <w:rPr>
          <w:lang w:val="de-CH"/>
        </w:rPr>
      </w:pPr>
      <w:r>
        <w:rPr>
          <w:rFonts w:ascii="Calibri" w:hAnsi="Calibri" w:eastAsia="Calibri"/>
        </w:rPr>
        <w:t>Je dispose de bases solides en administration de systèmes Windows, administration réseau, virtualisation, Python, PowerShell, bases de données et support IT. Je suis également conscient qu’un stage implique aussi de savoir écouter, assumer des responsabilités, documenter son travail avec rigueur et bien s’intégrer dans les processus d’une équipe existante.</w:t>
      </w:r>
    </w:p>
    <w:p w14:paraId="50257C96" w14:textId="77777777" w:rsidR="005070E3" w:rsidRPr="00351774" w:rsidRDefault="00351774" w:rsidP="00351774">
      <w:pPr>
        <w:jc w:val="both"/>
        <w:rPr>
          <w:lang w:val="de-CH"/>
        </w:rPr>
      </w:pPr>
      <w:r>
        <w:rPr>
          <w:rFonts w:ascii="Calibri" w:hAnsi="Calibri" w:eastAsia="Calibri"/>
        </w:rPr>
        <w:t>Mes précédentes étapes de formation m’ont montré l’importance de la persévérance, d’un environnement adapté et d’une orientation claire vers les objectifs. Je souhaite avoir l’opportunité de mettre mes points forts au service d’une entreprise, de continuer à apprendre et d’évoluer vers un informaticien CFC fiable, orientation développement de plateformes.</w:t>
      </w:r>
    </w:p>
    <w:p w14:paraId="49296E45" w14:textId="77777777" w:rsidR="005070E3" w:rsidRPr="00351774" w:rsidRDefault="00351774" w:rsidP="00351774">
      <w:pPr>
        <w:jc w:val="both"/>
        <w:rPr>
          <w:lang w:val="de-CH"/>
        </w:rPr>
      </w:pPr>
      <w:r>
        <w:rPr>
          <w:rFonts w:ascii="Calibri" w:hAnsi="Calibri" w:eastAsia="Calibri"/>
        </w:rPr>
        <w:t>Je serais très heureux d’avoir l’occasion de me présenter personnellement et d’en apprendre davantage sur une éventuelle place de stage au sein de votre entreprise. Je tiens volontiers à votre disposition mon curriculum vitae, mon bulletin intermédiaire ainsi que tout autre document utile.</w:t>
      </w:r>
    </w:p>
    <w:p w14:paraId="5578167F" w14:textId="77777777" w:rsidR="005070E3" w:rsidRPr="00351774" w:rsidRDefault="00351774" w:rsidP="00351774">
      <w:pPr>
        <w:spacing w:before="160" w:after="280"/>
        <w:jc w:val="both"/>
        <w:rPr>
          <w:lang w:val="de-CH"/>
        </w:rPr>
      </w:pPr>
      <w:r>
        <w:rPr>
          <w:rFonts w:ascii="Calibri" w:hAnsi="Calibri" w:eastAsia="Calibri"/>
        </w:rPr>
        <w:t>Meilleures salutations</w:t>
      </w:r>
    </w:p>
    <w:p w14:paraId="7B03E046" w14:textId="77777777" w:rsidR="005070E3" w:rsidRPr="00351774" w:rsidRDefault="00351774">
      <w:pPr>
        <w:rPr>
          <w:lang w:val="de-CH"/>
        </w:rPr>
      </w:pPr>
      <w:r>
        <w:rPr>
          <w:rFonts w:ascii="Calibri" w:hAnsi="Calibri" w:eastAsia="Calibri"/>
        </w:rPr>
        <w:t>Séga Philippe Fall</w:t>
      </w:r>
    </w:p>
    <w:sectPr w:rsidR="005070E3" w:rsidRPr="00351774" w:rsidSect="00351774">
      <w:headerReference w:type="default" r:id="rId8"/>
      <w:footerReference w:type="default" r:id="rId11"/>
      <w:pgSz w:w="11906" w:h="16838"/>
      <w:pgMar w:top="576" w:right="1152" w:bottom="28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08449" w14:textId="77777777" w:rsidR="00351774" w:rsidRDefault="00351774" w:rsidP="00351774">
      <w:pPr>
        <w:spacing w:after="0" w:line="240" w:lineRule="auto"/>
      </w:pPr>
      <w:r>
        <w:separator/>
      </w:r>
    </w:p>
  </w:endnote>
  <w:endnote w:type="continuationSeparator" w:id="0">
    <w:p w14:paraId="761855D9" w14:textId="77777777" w:rsidR="00351774" w:rsidRDefault="00351774" w:rsidP="00351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A8E75" w14:textId="77777777" w:rsidR="00351774" w:rsidRDefault="00351774" w:rsidP="00351774">
      <w:pPr>
        <w:spacing w:after="0" w:line="240" w:lineRule="auto"/>
      </w:pPr>
      <w:r>
        <w:separator/>
      </w:r>
    </w:p>
  </w:footnote>
  <w:footnote w:type="continuationSeparator" w:id="0">
    <w:p w14:paraId="72D75F03" w14:textId="77777777" w:rsidR="00351774" w:rsidRDefault="00351774" w:rsidP="00351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7ABC" w14:textId="4976AE73" w:rsidR="00351774" w:rsidRPr="00351774" w:rsidRDefault="00351774" w:rsidP="00351774">
    <w:pPr>
      <w:spacing w:after="280"/>
      <w:rPr>
        <w:lang w:val="de-CH"/>
      </w:rPr>
    </w:pPr>
    <w:r>
      <w:rPr>
        <w:rFonts w:ascii="Calibri" w:hAnsi="Calibri" w:eastAsia="Calibri"/>
      </w:rPr>
      <w:t>Séga Philippe Fall</w:t>
      <w:br/>
      <w:t>Kasthoferstrasse 50</w:t>
      <w:br/>
      <w:t>3006 Berne</w:t>
      <w:br/>
      <w:t>+41 79 951 57 52</w:t>
      <w:br/>
      <w:t>sega.fall@bluewin.ch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1774"/>
    <w:rsid w:val="005070E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DAA1DF"/>
  <w14:defaultImageDpi w14:val="300"/>
  <w15:docId w15:val="{6E1CAA33-BE28-417B-869E-82906C12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7" w:lineRule="auto"/>
    </w:pPr>
    <w:rPr>
      <w:rFonts w:ascii="Calibri" w:eastAsia="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tterTitle">
    <w:name w:val="Letter Title"/>
    <w:pPr>
      <w:spacing w:before="120"/>
    </w:pPr>
    <w:rPr>
      <w:rFonts w:ascii="Calibri" w:eastAsia="Calibri" w:hAnsi="Calibri"/>
      <w:b/>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Bewerbungsschreiben Praktikum Plattformentwicklung - Sega Philippe Fall</dc:title>
  <dc:subject>Praktikum Plattformentwicklung August 2026 - Juli 2028</dc:subject>
  <dc:creator/>
  <cp:keywords/>
  <dc:description>generated by python-docx</dc:description>
  <cp:lastModifiedBy>FALL birahim</cp:lastModifiedBy>
  <cp:revision>2</cp:revision>
  <dcterms:created xsi:type="dcterms:W3CDTF">2013-12-23T23:15:00Z</dcterms:created>
  <dcterms:modified xsi:type="dcterms:W3CDTF">2026-06-19T06:09:00Z</dcterms:modified>
  <cp:category/>
</cp:coreProperties>
</file>