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78"/>
        <w:gridCol w:w="2097"/>
      </w:tblGrid>
      <w:tr w:rsidR="005644E8" w14:paraId="268A80C9" w14:textId="77777777">
        <w:trPr>
          <w:jc w:val="center"/>
        </w:trPr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314D6" w14:textId="77777777" w:rsidR="005644E8" w:rsidRPr="00164616" w:rsidRDefault="008A462D">
            <w:pPr>
              <w:spacing w:after="0"/>
              <w:rPr>
                <w:lang w:val="de-CH"/>
              </w:rPr>
            </w:pPr>
            <w:r w:rsidRPr="00164616">
              <w:rPr>
                <w:b/>
                <w:color w:val="006AA0"/>
                <w:sz w:val="40"/>
                <w:lang w:val="de-CH"/>
              </w:rPr>
              <w:t>SEGA PHILIPPE FALL</w:t>
            </w:r>
          </w:p>
          <w:p w14:paraId="03633FEB" w14:textId="77777777" w:rsidR="005644E8" w:rsidRPr="00164616" w:rsidRDefault="008A462D">
            <w:pPr>
              <w:spacing w:after="40"/>
              <w:rPr>
                <w:lang w:val="de-CH"/>
              </w:rPr>
            </w:pPr>
            <w:r w:rsidRPr="00164616">
              <w:rPr>
                <w:b/>
                <w:sz w:val="22"/>
                <w:lang w:val="de-CH"/>
              </w:rPr>
              <w:t>Angehender Informatiker EFZ - Fachrichtung Plattformentwicklung</w:t>
            </w:r>
          </w:p>
          <w:p w14:paraId="1197DC9C" w14:textId="77777777" w:rsidR="005644E8" w:rsidRPr="00164616" w:rsidRDefault="008A462D">
            <w:pPr>
              <w:spacing w:after="0"/>
              <w:rPr>
                <w:lang w:val="de-CH"/>
              </w:rPr>
            </w:pPr>
            <w:r w:rsidRPr="00164616">
              <w:rPr>
                <w:i/>
                <w:sz w:val="20"/>
                <w:lang w:val="de-CH"/>
              </w:rPr>
              <w:t>Gesucht: Praktikum / Praxisausbildung August 2026 - Juli 2028</w:t>
            </w:r>
          </w:p>
          <w:p w14:paraId="0B4CA55E" w14:textId="77777777" w:rsidR="00164616" w:rsidRDefault="008A462D">
            <w:pPr>
              <w:spacing w:before="40" w:after="0"/>
              <w:rPr>
                <w:sz w:val="18"/>
                <w:lang w:val="de-CH"/>
              </w:rPr>
            </w:pPr>
            <w:proofErr w:type="spellStart"/>
            <w:r w:rsidRPr="00164616">
              <w:rPr>
                <w:sz w:val="18"/>
                <w:lang w:val="de-CH"/>
              </w:rPr>
              <w:t>Kasthoferstrasse</w:t>
            </w:r>
            <w:proofErr w:type="spellEnd"/>
            <w:r w:rsidRPr="00164616">
              <w:rPr>
                <w:sz w:val="18"/>
                <w:lang w:val="de-CH"/>
              </w:rPr>
              <w:t xml:space="preserve"> 50, 3006 Bern | +41 79 951 57 52 | </w:t>
            </w:r>
          </w:p>
          <w:p w14:paraId="5844EFEC" w14:textId="3C1CE1EF" w:rsidR="00164616" w:rsidRDefault="00164616">
            <w:pPr>
              <w:spacing w:before="40" w:after="0"/>
              <w:rPr>
                <w:sz w:val="18"/>
                <w:lang w:val="de-CH"/>
              </w:rPr>
            </w:pPr>
            <w:hyperlink r:id="rId8" w:history="1">
              <w:r w:rsidRPr="0011644F">
                <w:rPr>
                  <w:rStyle w:val="Hyperlink"/>
                  <w:sz w:val="18"/>
                  <w:lang w:val="de-CH"/>
                </w:rPr>
                <w:t>sega.fall@bluewin.ch</w:t>
              </w:r>
            </w:hyperlink>
          </w:p>
          <w:p w14:paraId="09F71608" w14:textId="5ABB2345" w:rsidR="005644E8" w:rsidRPr="00164616" w:rsidRDefault="008A462D">
            <w:pPr>
              <w:spacing w:before="40" w:after="0"/>
              <w:rPr>
                <w:lang w:val="de-CH"/>
              </w:rPr>
            </w:pPr>
            <w:r w:rsidRPr="00164616">
              <w:rPr>
                <w:sz w:val="18"/>
                <w:lang w:val="de-CH"/>
              </w:rPr>
              <w:t>Geboren: 05.04.2003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DDB6" w14:textId="77777777" w:rsidR="005644E8" w:rsidRDefault="008A462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1ADCFB3" wp14:editId="2405D3E1">
                  <wp:extent cx="1007999" cy="100799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100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B678D" w14:textId="77777777" w:rsidR="005644E8" w:rsidRPr="009E3FD7" w:rsidRDefault="008A462D" w:rsidP="009E3FD7">
      <w:pPr>
        <w:pStyle w:val="Heading1"/>
      </w:pPr>
      <w:r w:rsidRPr="009E3FD7">
        <w:t>PROFIL</w:t>
      </w:r>
    </w:p>
    <w:p w14:paraId="5B405F77" w14:textId="77777777" w:rsidR="005644E8" w:rsidRPr="00164616" w:rsidRDefault="008A462D" w:rsidP="009E3FD7">
      <w:pPr>
        <w:jc w:val="both"/>
        <w:rPr>
          <w:lang w:val="de-CH"/>
        </w:rPr>
      </w:pPr>
      <w:r w:rsidRPr="00164616">
        <w:rPr>
          <w:lang w:val="de-CH"/>
        </w:rPr>
        <w:t>Motivierter und lernbereiter Informatiker EFZ in Ausbildung mit Schwerpunkt Plattformentwicklung. Die aktuellen Leistungsnachweise zeigen eine klare positive Entwicklung: promoviert, solide Gesamtleistungen und besonders starke Resultate in praxisnahen Inf</w:t>
      </w:r>
      <w:r w:rsidRPr="00164616">
        <w:rPr>
          <w:lang w:val="de-CH"/>
        </w:rPr>
        <w:t xml:space="preserve">ormatikmodulen. </w:t>
      </w:r>
      <w:proofErr w:type="spellStart"/>
      <w:r w:rsidRPr="00164616">
        <w:rPr>
          <w:lang w:val="de-CH"/>
        </w:rPr>
        <w:t>Séga</w:t>
      </w:r>
      <w:proofErr w:type="spellEnd"/>
      <w:r w:rsidRPr="00164616">
        <w:rPr>
          <w:lang w:val="de-CH"/>
        </w:rPr>
        <w:t xml:space="preserve"> arbeitet strukturiert, interessiert sich für Systeme, Netzwerke, Security, Virtualisierung und Automatisierung und möchte seine Kompetenzen in einem zweijährigen Praktikum zuverlässig in ein IT-Team einbringen.</w:t>
      </w:r>
    </w:p>
    <w:p w14:paraId="4F9B50DD" w14:textId="77777777" w:rsidR="005644E8" w:rsidRPr="00164616" w:rsidRDefault="008A462D" w:rsidP="009E3FD7">
      <w:pPr>
        <w:pStyle w:val="Heading1"/>
      </w:pPr>
      <w:r w:rsidRPr="00164616">
        <w:t xml:space="preserve">LEISTUNGSPROFIL AUS DER </w:t>
      </w:r>
      <w:r w:rsidRPr="00164616">
        <w:t>AKTUELLEN AUSBILDUNG</w:t>
      </w:r>
    </w:p>
    <w:p w14:paraId="147A1910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Promoviert</w:t>
      </w:r>
      <w:r w:rsidRPr="009E3FD7">
        <w:rPr>
          <w:szCs w:val="28"/>
          <w:lang w:val="de-CH"/>
        </w:rPr>
        <w:t xml:space="preserve"> in der beruflichen Grundausbildung Informatiker EFZ, Fachrichtung Plattformentwicklung.</w:t>
      </w:r>
    </w:p>
    <w:p w14:paraId="2B202812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Erfahrungsnote Informatikkompetenzen:</w:t>
      </w:r>
      <w:r w:rsidRPr="009E3FD7">
        <w:rPr>
          <w:szCs w:val="28"/>
          <w:lang w:val="de-CH"/>
        </w:rPr>
        <w:t xml:space="preserve"> 4.6; deutlicher Fortschritt bis zum Semesterdurchschnitt 5.3 im 4. Semester.</w:t>
      </w:r>
    </w:p>
    <w:p w14:paraId="0BAE094B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 xml:space="preserve">Erfahrungsnote </w:t>
      </w:r>
      <w:r w:rsidRPr="009E3FD7">
        <w:rPr>
          <w:b/>
          <w:szCs w:val="28"/>
          <w:lang w:val="de-CH"/>
        </w:rPr>
        <w:t>überbetriebliche Kurse:</w:t>
      </w:r>
      <w:r w:rsidRPr="009E3FD7">
        <w:rPr>
          <w:szCs w:val="28"/>
          <w:lang w:val="de-CH"/>
        </w:rPr>
        <w:t xml:space="preserve"> 5.0 mit sehr guten Resultaten in praxisnahen Modulen.</w:t>
      </w:r>
    </w:p>
    <w:p w14:paraId="2EA7320D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Besondere Stärken:</w:t>
      </w:r>
      <w:r w:rsidRPr="009E3FD7">
        <w:rPr>
          <w:szCs w:val="28"/>
          <w:lang w:val="de-CH"/>
        </w:rPr>
        <w:t xml:space="preserve"> Security Management, System Management, Network Management, Service Management und IT-Projektmanagement.</w:t>
      </w:r>
    </w:p>
    <w:p w14:paraId="5F37F237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Hervorzuhebende Module:</w:t>
      </w:r>
      <w:r w:rsidRPr="009E3FD7">
        <w:rPr>
          <w:szCs w:val="28"/>
          <w:lang w:val="de-CH"/>
        </w:rPr>
        <w:t xml:space="preserve"> Kleinprojekte im eigenen B</w:t>
      </w:r>
      <w:r w:rsidRPr="009E3FD7">
        <w:rPr>
          <w:szCs w:val="28"/>
          <w:lang w:val="de-CH"/>
        </w:rPr>
        <w:t>erufsumfeld abwickeln (6.0), Netzwerksicherheit implementieren (6.0), innovative ICT-Lösungen initialisieren/umsetzen (5.5), Services betreiben, warten und überwachen (5.0), Cloud-Lösungen konzipieren und realisieren (5.0).</w:t>
      </w:r>
    </w:p>
    <w:p w14:paraId="00540B7D" w14:textId="77777777" w:rsidR="005644E8" w:rsidRDefault="008A462D" w:rsidP="009E3FD7">
      <w:pPr>
        <w:pStyle w:val="Heading1"/>
      </w:pPr>
      <w:r>
        <w:t xml:space="preserve">IT-KENNTNISSE &amp; </w:t>
      </w:r>
      <w:r>
        <w:t>FÄHIGKEITEN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644E8" w:rsidRPr="009E3FD7" w14:paraId="08FB1FD1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60A8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Windows-Systemadministration und ICT-Arbeitsplätze</w:t>
            </w:r>
          </w:p>
          <w:p w14:paraId="7AC7CD3E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Netzwerkadministration, LAN-Komponenten, Netzwerkbetrieb</w:t>
            </w:r>
          </w:p>
          <w:p w14:paraId="5E19B6E9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Virtualisierung, Serverdienste und plattformübergreifende Dienste</w:t>
            </w:r>
          </w:p>
          <w:p w14:paraId="1B8AFE5C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Cloud-Grundlagen und Container-Dienste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CB90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Python und PowerShe</w:t>
            </w:r>
            <w:r w:rsidRPr="009E3FD7">
              <w:rPr>
                <w:szCs w:val="24"/>
                <w:lang w:val="de-CH"/>
              </w:rPr>
              <w:t>ll; Automatisierung mit Scriptsprache</w:t>
            </w:r>
          </w:p>
          <w:p w14:paraId="27ED1374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Datenbanken erstellen, abfragen, bearbeiten und warten</w:t>
            </w:r>
          </w:p>
          <w:p w14:paraId="4D100F33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IT-Security: Datenschutz, Datensicherheit, Netzwerksicherheit</w:t>
            </w:r>
          </w:p>
          <w:p w14:paraId="7C23EAFE" w14:textId="77777777" w:rsidR="005644E8" w:rsidRPr="009E3FD7" w:rsidRDefault="008A462D">
            <w:pPr>
              <w:spacing w:after="20"/>
              <w:ind w:left="227" w:hanging="142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• Benutzersupport, Fehleranalyse und lösungsorientierte Kommunikation</w:t>
            </w:r>
          </w:p>
        </w:tc>
      </w:tr>
    </w:tbl>
    <w:p w14:paraId="25004D0D" w14:textId="77777777" w:rsidR="005644E8" w:rsidRPr="00164616" w:rsidRDefault="008A462D" w:rsidP="009E3FD7">
      <w:pPr>
        <w:pStyle w:val="Heading1"/>
      </w:pPr>
      <w:r w:rsidRPr="00164616">
        <w:t>PROJEKTE &amp; ERFOLGE</w:t>
      </w:r>
    </w:p>
    <w:p w14:paraId="1798A113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Remot</w:t>
      </w:r>
      <w:r w:rsidRPr="009E3FD7">
        <w:rPr>
          <w:b/>
          <w:szCs w:val="28"/>
          <w:lang w:val="de-CH"/>
        </w:rPr>
        <w:t>e-Desktop-Webseite:</w:t>
      </w:r>
      <w:r w:rsidRPr="009E3FD7">
        <w:rPr>
          <w:szCs w:val="28"/>
          <w:lang w:val="de-CH"/>
        </w:rPr>
        <w:t xml:space="preserve"> Aufbau einer webbasierten Lösung für den Zugriff und die Nutzung von Remote-Desktop-Funktionen.</w:t>
      </w:r>
    </w:p>
    <w:p w14:paraId="556815F7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r w:rsidRPr="009E3FD7">
        <w:rPr>
          <w:b/>
          <w:szCs w:val="28"/>
          <w:lang w:val="de-CH"/>
        </w:rPr>
        <w:t>KI-unterstütztes Ticketsystem:</w:t>
      </w:r>
      <w:r w:rsidRPr="009E3FD7">
        <w:rPr>
          <w:szCs w:val="28"/>
          <w:lang w:val="de-CH"/>
        </w:rPr>
        <w:t xml:space="preserve"> Konzept und Umsetzungsidee zur effizienteren Bearbeitung von Supportanfragen.</w:t>
      </w:r>
    </w:p>
    <w:p w14:paraId="151F8A30" w14:textId="77777777" w:rsidR="005644E8" w:rsidRPr="009E3FD7" w:rsidRDefault="008A462D" w:rsidP="009E3FD7">
      <w:pPr>
        <w:spacing w:after="40"/>
        <w:ind w:left="255" w:hanging="142"/>
        <w:jc w:val="both"/>
        <w:rPr>
          <w:sz w:val="32"/>
          <w:szCs w:val="28"/>
          <w:lang w:val="de-CH"/>
        </w:rPr>
      </w:pPr>
      <w:r w:rsidRPr="009E3FD7">
        <w:rPr>
          <w:szCs w:val="28"/>
          <w:lang w:val="de-CH"/>
        </w:rPr>
        <w:t xml:space="preserve">• </w:t>
      </w:r>
      <w:proofErr w:type="spellStart"/>
      <w:r w:rsidRPr="009E3FD7">
        <w:rPr>
          <w:b/>
          <w:szCs w:val="28"/>
          <w:lang w:val="de-CH"/>
        </w:rPr>
        <w:t>Homelab</w:t>
      </w:r>
      <w:proofErr w:type="spellEnd"/>
      <w:r w:rsidRPr="009E3FD7">
        <w:rPr>
          <w:b/>
          <w:szCs w:val="28"/>
          <w:lang w:val="de-CH"/>
        </w:rPr>
        <w:t>:</w:t>
      </w:r>
      <w:r w:rsidRPr="009E3FD7">
        <w:rPr>
          <w:szCs w:val="28"/>
          <w:lang w:val="de-CH"/>
        </w:rPr>
        <w:t xml:space="preserve"> Eigenständiger Auf</w:t>
      </w:r>
      <w:r w:rsidRPr="009E3FD7">
        <w:rPr>
          <w:szCs w:val="28"/>
          <w:lang w:val="de-CH"/>
        </w:rPr>
        <w:t xml:space="preserve">bau und Betrieb einer Testumgebung zum Üben von Netzwerk-, Server-, </w:t>
      </w:r>
      <w:proofErr w:type="spellStart"/>
      <w:r w:rsidRPr="009E3FD7">
        <w:rPr>
          <w:szCs w:val="28"/>
          <w:lang w:val="de-CH"/>
        </w:rPr>
        <w:t>Virtualisierungs</w:t>
      </w:r>
      <w:proofErr w:type="spellEnd"/>
      <w:r w:rsidRPr="009E3FD7">
        <w:rPr>
          <w:szCs w:val="28"/>
          <w:lang w:val="de-CH"/>
        </w:rPr>
        <w:t>- und Security-Themen.</w:t>
      </w:r>
    </w:p>
    <w:p w14:paraId="5227980F" w14:textId="77777777" w:rsidR="009E3FD7" w:rsidRDefault="009E3FD7">
      <w:pPr>
        <w:rPr>
          <w:b/>
          <w:color w:val="006AA0"/>
          <w:sz w:val="22"/>
        </w:rPr>
      </w:pPr>
      <w:r>
        <w:rPr>
          <w:b/>
          <w:color w:val="006AA0"/>
          <w:sz w:val="22"/>
        </w:rPr>
        <w:br w:type="page"/>
      </w:r>
    </w:p>
    <w:p w14:paraId="760504AA" w14:textId="1E5C3345" w:rsidR="005644E8" w:rsidRDefault="008A462D" w:rsidP="009E3FD7">
      <w:pPr>
        <w:pStyle w:val="Heading1"/>
      </w:pPr>
      <w:r>
        <w:lastRenderedPageBreak/>
        <w:t>BERUFSAUSBILDUNG</w:t>
      </w:r>
    </w:p>
    <w:tbl>
      <w:tblPr>
        <w:tblW w:w="12438" w:type="dxa"/>
        <w:tblLayout w:type="fixed"/>
        <w:tblLook w:val="04A0" w:firstRow="1" w:lastRow="0" w:firstColumn="1" w:lastColumn="0" w:noHBand="0" w:noVBand="1"/>
      </w:tblPr>
      <w:tblGrid>
        <w:gridCol w:w="4160"/>
        <w:gridCol w:w="8278"/>
      </w:tblGrid>
      <w:tr w:rsidR="005644E8" w:rsidRPr="009E3FD7" w14:paraId="7B9DDCAA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0D48F" w14:textId="77777777" w:rsidR="005644E8" w:rsidRPr="009E3FD7" w:rsidRDefault="008A462D">
            <w:pPr>
              <w:rPr>
                <w:szCs w:val="24"/>
              </w:rPr>
            </w:pPr>
            <w:r w:rsidRPr="009E3FD7">
              <w:rPr>
                <w:szCs w:val="24"/>
              </w:rPr>
              <w:t xml:space="preserve">2024 - </w:t>
            </w:r>
            <w:proofErr w:type="spellStart"/>
            <w:r w:rsidRPr="009E3FD7">
              <w:rPr>
                <w:szCs w:val="24"/>
              </w:rPr>
              <w:t>heute</w:t>
            </w:r>
            <w:proofErr w:type="spellEnd"/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753E2" w14:textId="77777777" w:rsidR="005644E8" w:rsidRPr="009E3FD7" w:rsidRDefault="008A462D">
            <w:pPr>
              <w:spacing w:after="0"/>
              <w:rPr>
                <w:szCs w:val="24"/>
                <w:lang w:val="de-CH"/>
              </w:rPr>
            </w:pPr>
            <w:r w:rsidRPr="009E3FD7">
              <w:rPr>
                <w:b/>
                <w:szCs w:val="24"/>
                <w:lang w:val="de-CH"/>
              </w:rPr>
              <w:t>Computerschule Bern CSBE</w:t>
            </w:r>
          </w:p>
          <w:p w14:paraId="5999C816" w14:textId="77777777" w:rsidR="005644E8" w:rsidRPr="009E3FD7" w:rsidRDefault="008A462D">
            <w:pPr>
              <w:spacing w:after="60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Informatiker EFZ, Fachrichtung Plattformentwicklung</w:t>
            </w:r>
          </w:p>
        </w:tc>
      </w:tr>
      <w:tr w:rsidR="005644E8" w:rsidRPr="009E3FD7" w14:paraId="47837F99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5C71" w14:textId="77777777" w:rsidR="005644E8" w:rsidRPr="009E3FD7" w:rsidRDefault="008A462D">
            <w:pPr>
              <w:rPr>
                <w:szCs w:val="24"/>
              </w:rPr>
            </w:pPr>
            <w:r w:rsidRPr="009E3FD7">
              <w:rPr>
                <w:szCs w:val="24"/>
              </w:rPr>
              <w:t>2023 - 2024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125076" w14:textId="77777777" w:rsidR="005644E8" w:rsidRPr="009E3FD7" w:rsidRDefault="008A462D">
            <w:pPr>
              <w:spacing w:after="0"/>
              <w:rPr>
                <w:szCs w:val="24"/>
                <w:lang w:val="de-CH"/>
              </w:rPr>
            </w:pPr>
            <w:r w:rsidRPr="009E3FD7">
              <w:rPr>
                <w:b/>
                <w:szCs w:val="24"/>
                <w:lang w:val="de-CH"/>
              </w:rPr>
              <w:t xml:space="preserve">Technische </w:t>
            </w:r>
            <w:r w:rsidRPr="009E3FD7">
              <w:rPr>
                <w:b/>
                <w:szCs w:val="24"/>
                <w:lang w:val="de-CH"/>
              </w:rPr>
              <w:t>Fachschule Bern</w:t>
            </w:r>
          </w:p>
          <w:p w14:paraId="38A5B0FC" w14:textId="77777777" w:rsidR="005644E8" w:rsidRPr="009E3FD7" w:rsidRDefault="008A462D">
            <w:pPr>
              <w:spacing w:after="60"/>
              <w:rPr>
                <w:szCs w:val="24"/>
                <w:lang w:val="de-CH"/>
              </w:rPr>
            </w:pPr>
            <w:r w:rsidRPr="009E3FD7">
              <w:rPr>
                <w:szCs w:val="24"/>
                <w:lang w:val="de-CH"/>
              </w:rPr>
              <w:t>Informatiker EFZ, Fachrichtung Plattformentwicklung</w:t>
            </w:r>
          </w:p>
        </w:tc>
      </w:tr>
      <w:tr w:rsidR="005644E8" w:rsidRPr="009E3FD7" w14:paraId="52E2C5A0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2F86F" w14:textId="77777777" w:rsidR="005644E8" w:rsidRPr="009E3FD7" w:rsidRDefault="008A462D">
            <w:pPr>
              <w:rPr>
                <w:szCs w:val="24"/>
              </w:rPr>
            </w:pPr>
            <w:r w:rsidRPr="009E3FD7">
              <w:rPr>
                <w:szCs w:val="24"/>
              </w:rPr>
              <w:t>2019 - 2022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C18AB9" w14:textId="77777777" w:rsidR="005644E8" w:rsidRPr="009E3FD7" w:rsidRDefault="008A462D">
            <w:pPr>
              <w:spacing w:after="0"/>
              <w:rPr>
                <w:szCs w:val="24"/>
                <w:lang w:val="de-CH"/>
              </w:rPr>
            </w:pPr>
            <w:r w:rsidRPr="009E3FD7">
              <w:rPr>
                <w:b/>
                <w:szCs w:val="24"/>
                <w:lang w:val="de-CH"/>
              </w:rPr>
              <w:t>WISS Schulen für Wirtschaft, Informatik, Immobilien</w:t>
            </w:r>
          </w:p>
          <w:p w14:paraId="4FF3B139" w14:textId="77777777" w:rsidR="005644E8" w:rsidRPr="009E3FD7" w:rsidRDefault="008A462D">
            <w:pPr>
              <w:spacing w:after="60"/>
              <w:rPr>
                <w:szCs w:val="24"/>
              </w:rPr>
            </w:pPr>
            <w:proofErr w:type="spellStart"/>
            <w:r w:rsidRPr="009E3FD7">
              <w:rPr>
                <w:szCs w:val="24"/>
              </w:rPr>
              <w:t>Informatiker</w:t>
            </w:r>
            <w:proofErr w:type="spellEnd"/>
            <w:r w:rsidRPr="009E3FD7">
              <w:rPr>
                <w:szCs w:val="24"/>
              </w:rPr>
              <w:t xml:space="preserve"> EFZ, </w:t>
            </w:r>
            <w:proofErr w:type="spellStart"/>
            <w:r w:rsidRPr="009E3FD7">
              <w:rPr>
                <w:szCs w:val="24"/>
              </w:rPr>
              <w:t>Fachrichtung</w:t>
            </w:r>
            <w:proofErr w:type="spellEnd"/>
            <w:r w:rsidRPr="009E3FD7">
              <w:rPr>
                <w:szCs w:val="24"/>
              </w:rPr>
              <w:t xml:space="preserve"> </w:t>
            </w:r>
            <w:proofErr w:type="spellStart"/>
            <w:r w:rsidRPr="009E3FD7">
              <w:rPr>
                <w:szCs w:val="24"/>
              </w:rPr>
              <w:t>Applikationsentwicklung</w:t>
            </w:r>
            <w:proofErr w:type="spellEnd"/>
          </w:p>
        </w:tc>
      </w:tr>
    </w:tbl>
    <w:p w14:paraId="60C476DF" w14:textId="77777777" w:rsidR="005644E8" w:rsidRDefault="008A462D" w:rsidP="009E3FD7">
      <w:pPr>
        <w:pStyle w:val="Heading1"/>
      </w:pPr>
      <w:r>
        <w:t>SCHULBILDUNG</w:t>
      </w:r>
    </w:p>
    <w:tbl>
      <w:tblPr>
        <w:tblW w:w="12438" w:type="dxa"/>
        <w:tblLayout w:type="fixed"/>
        <w:tblLook w:val="04A0" w:firstRow="1" w:lastRow="0" w:firstColumn="1" w:lastColumn="0" w:noHBand="0" w:noVBand="1"/>
      </w:tblPr>
      <w:tblGrid>
        <w:gridCol w:w="4160"/>
        <w:gridCol w:w="8278"/>
      </w:tblGrid>
      <w:tr w:rsidR="005644E8" w:rsidRPr="009E3FD7" w14:paraId="08B80CE4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6C112A7E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2016 - 2019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699809AC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Manuelschule, Sekundarstufe 7-9</w:t>
            </w:r>
          </w:p>
        </w:tc>
      </w:tr>
      <w:tr w:rsidR="005644E8" w:rsidRPr="009E3FD7" w14:paraId="61BBF948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7D32E8B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 xml:space="preserve">2013 - </w:t>
            </w:r>
            <w:r w:rsidRPr="009E3FD7">
              <w:rPr>
                <w:szCs w:val="32"/>
              </w:rPr>
              <w:t>2016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BAD4851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Manuelschule, Primarstufe 4-6</w:t>
            </w:r>
          </w:p>
        </w:tc>
      </w:tr>
      <w:tr w:rsidR="005644E8" w:rsidRPr="009E3FD7" w14:paraId="13072EE8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03571F4B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2011 - 2013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40583572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Kbf Kirchenfeld, Primarstufe 2</w:t>
            </w:r>
          </w:p>
        </w:tc>
      </w:tr>
      <w:tr w:rsidR="005644E8" w:rsidRPr="009E3FD7" w14:paraId="69395138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59F419E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2009 - 2011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9A4FAE1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Manuelschule, Primarstufe 1</w:t>
            </w:r>
          </w:p>
        </w:tc>
      </w:tr>
    </w:tbl>
    <w:p w14:paraId="56EDB61F" w14:textId="7537E761" w:rsidR="005644E8" w:rsidRDefault="008A462D" w:rsidP="009E3FD7">
      <w:pPr>
        <w:pStyle w:val="Heading1"/>
      </w:pPr>
      <w:r>
        <w:t>SPRACHKENNTNISSE</w:t>
      </w:r>
    </w:p>
    <w:tbl>
      <w:tblPr>
        <w:tblW w:w="12154" w:type="dxa"/>
        <w:tblLayout w:type="fixed"/>
        <w:tblLook w:val="04A0" w:firstRow="1" w:lastRow="0" w:firstColumn="1" w:lastColumn="0" w:noHBand="0" w:noVBand="1"/>
      </w:tblPr>
      <w:tblGrid>
        <w:gridCol w:w="4160"/>
        <w:gridCol w:w="7994"/>
      </w:tblGrid>
      <w:tr w:rsidR="005644E8" w:rsidRPr="009E3FD7" w14:paraId="63D10932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7870A8DD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b/>
                <w:szCs w:val="32"/>
              </w:rPr>
              <w:t>Deutsch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50B0BD1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Muttersprache</w:t>
            </w:r>
          </w:p>
        </w:tc>
      </w:tr>
      <w:tr w:rsidR="005644E8" w:rsidRPr="009E3FD7" w14:paraId="5CABD696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655AACD0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b/>
                <w:szCs w:val="32"/>
              </w:rPr>
              <w:t>Französisch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62A485BF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Muttersprache / bilingual</w:t>
            </w:r>
          </w:p>
        </w:tc>
      </w:tr>
      <w:tr w:rsidR="005644E8" w:rsidRPr="009E3FD7" w14:paraId="61833030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47542F67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b/>
                <w:szCs w:val="32"/>
              </w:rPr>
              <w:t>Englisch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03AB6660" w14:textId="77777777" w:rsidR="005644E8" w:rsidRPr="009E3FD7" w:rsidRDefault="008A462D">
            <w:pPr>
              <w:spacing w:after="0"/>
              <w:rPr>
                <w:szCs w:val="32"/>
              </w:rPr>
            </w:pPr>
            <w:r w:rsidRPr="009E3FD7">
              <w:rPr>
                <w:szCs w:val="32"/>
              </w:rPr>
              <w:t>verhandlungssicher</w:t>
            </w:r>
          </w:p>
        </w:tc>
      </w:tr>
      <w:tr w:rsidR="005644E8" w:rsidRPr="009E3FD7" w14:paraId="696AC165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00DC8DF0" w14:textId="1A6B6630" w:rsidR="005644E8" w:rsidRPr="009E3FD7" w:rsidRDefault="005644E8">
            <w:pPr>
              <w:spacing w:after="0"/>
              <w:rPr>
                <w:szCs w:val="32"/>
              </w:rPr>
            </w:pP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283DE444" w14:textId="20A5F9C3" w:rsidR="005644E8" w:rsidRPr="009E3FD7" w:rsidRDefault="005644E8">
            <w:pPr>
              <w:spacing w:after="0"/>
              <w:rPr>
                <w:szCs w:val="32"/>
                <w:lang w:val="de-CH"/>
              </w:rPr>
            </w:pPr>
          </w:p>
        </w:tc>
      </w:tr>
    </w:tbl>
    <w:p w14:paraId="3F8A29FA" w14:textId="77777777" w:rsidR="005644E8" w:rsidRPr="00164616" w:rsidRDefault="008A462D" w:rsidP="009E3FD7">
      <w:pPr>
        <w:pStyle w:val="Heading1"/>
      </w:pPr>
      <w:r w:rsidRPr="00164616">
        <w:t>PERSÖNLICHE INTERESSEN</w:t>
      </w:r>
    </w:p>
    <w:p w14:paraId="32793BBB" w14:textId="77777777" w:rsidR="005644E8" w:rsidRPr="009E3FD7" w:rsidRDefault="008A462D">
      <w:pPr>
        <w:spacing w:after="60"/>
        <w:rPr>
          <w:szCs w:val="24"/>
          <w:lang w:val="de-CH"/>
        </w:rPr>
      </w:pPr>
      <w:r w:rsidRPr="009E3FD7">
        <w:rPr>
          <w:szCs w:val="24"/>
          <w:lang w:val="de-CH"/>
        </w:rPr>
        <w:t xml:space="preserve">Basketball, Freunde treffen, </w:t>
      </w:r>
      <w:proofErr w:type="spellStart"/>
      <w:r w:rsidRPr="009E3FD7">
        <w:rPr>
          <w:szCs w:val="24"/>
          <w:lang w:val="de-CH"/>
        </w:rPr>
        <w:t>Pentesting</w:t>
      </w:r>
      <w:proofErr w:type="spellEnd"/>
    </w:p>
    <w:p w14:paraId="6FF53B97" w14:textId="77777777" w:rsidR="005644E8" w:rsidRDefault="008A462D" w:rsidP="009E3FD7">
      <w:pPr>
        <w:pStyle w:val="Heading1"/>
      </w:pPr>
      <w:r>
        <w:t>REFERENZEN</w:t>
      </w:r>
    </w:p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4160"/>
        <w:gridCol w:w="6577"/>
      </w:tblGrid>
      <w:tr w:rsidR="005644E8" w:rsidRPr="009E3FD7" w14:paraId="146A014E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2DFBF4B6" w14:textId="77777777" w:rsidR="005644E8" w:rsidRPr="009E3FD7" w:rsidRDefault="008A462D">
            <w:pPr>
              <w:spacing w:after="0"/>
              <w:rPr>
                <w:szCs w:val="24"/>
              </w:rPr>
            </w:pPr>
            <w:proofErr w:type="spellStart"/>
            <w:r w:rsidRPr="009E3FD7">
              <w:rPr>
                <w:b/>
                <w:szCs w:val="24"/>
              </w:rPr>
              <w:t>Muhudin</w:t>
            </w:r>
            <w:proofErr w:type="spellEnd"/>
            <w:r w:rsidRPr="009E3FD7">
              <w:rPr>
                <w:b/>
                <w:szCs w:val="24"/>
              </w:rPr>
              <w:t xml:space="preserve"> Mohamed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35E7B07A" w14:textId="77777777" w:rsidR="005644E8" w:rsidRPr="009E3FD7" w:rsidRDefault="008A462D">
            <w:pPr>
              <w:spacing w:after="0"/>
              <w:rPr>
                <w:szCs w:val="24"/>
              </w:rPr>
            </w:pPr>
            <w:r w:rsidRPr="009E3FD7">
              <w:rPr>
                <w:szCs w:val="24"/>
              </w:rPr>
              <w:t>Informatiklehrer | Tel. +41 31 398 89 00</w:t>
            </w:r>
          </w:p>
        </w:tc>
      </w:tr>
      <w:tr w:rsidR="005644E8" w:rsidRPr="009E3FD7" w14:paraId="182820C8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41C0BDAA" w14:textId="77777777" w:rsidR="005644E8" w:rsidRPr="009E3FD7" w:rsidRDefault="008A462D">
            <w:pPr>
              <w:spacing w:after="0"/>
              <w:rPr>
                <w:szCs w:val="24"/>
              </w:rPr>
            </w:pPr>
            <w:r w:rsidRPr="009E3FD7">
              <w:rPr>
                <w:b/>
                <w:szCs w:val="24"/>
              </w:rPr>
              <w:t>Markus Nufer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1A3902AB" w14:textId="77777777" w:rsidR="005644E8" w:rsidRPr="009E3FD7" w:rsidRDefault="008A462D">
            <w:pPr>
              <w:spacing w:after="0"/>
              <w:rPr>
                <w:szCs w:val="24"/>
              </w:rPr>
            </w:pPr>
            <w:r w:rsidRPr="009E3FD7">
              <w:rPr>
                <w:szCs w:val="24"/>
              </w:rPr>
              <w:t>Informatik- &amp; Mathematiklehrer | Tel. +41 79 434 02 89</w:t>
            </w:r>
          </w:p>
        </w:tc>
      </w:tr>
      <w:tr w:rsidR="005644E8" w:rsidRPr="009E3FD7" w14:paraId="47003B7F" w14:textId="77777777" w:rsidTr="009E3FD7"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567E5725" w14:textId="77777777" w:rsidR="005644E8" w:rsidRPr="009E3FD7" w:rsidRDefault="008A462D">
            <w:pPr>
              <w:spacing w:after="0"/>
              <w:rPr>
                <w:szCs w:val="24"/>
              </w:rPr>
            </w:pPr>
            <w:r w:rsidRPr="009E3FD7">
              <w:rPr>
                <w:b/>
                <w:szCs w:val="24"/>
              </w:rPr>
              <w:t xml:space="preserve">Josef </w:t>
            </w:r>
            <w:r w:rsidRPr="009E3FD7">
              <w:rPr>
                <w:b/>
                <w:szCs w:val="24"/>
              </w:rPr>
              <w:t>Müller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47E21303" w14:textId="77777777" w:rsidR="005644E8" w:rsidRPr="009E3FD7" w:rsidRDefault="008A462D">
            <w:pPr>
              <w:spacing w:after="0"/>
              <w:rPr>
                <w:szCs w:val="24"/>
              </w:rPr>
            </w:pPr>
            <w:r w:rsidRPr="009E3FD7">
              <w:rPr>
                <w:szCs w:val="24"/>
              </w:rPr>
              <w:t>Leiter Informatikschule | Tel. +41 31 398 89 00</w:t>
            </w:r>
          </w:p>
        </w:tc>
      </w:tr>
    </w:tbl>
    <w:p w14:paraId="6EF75611" w14:textId="77777777" w:rsidR="008A462D" w:rsidRDefault="008A462D"/>
    <w:sectPr w:rsidR="008A462D" w:rsidSect="00034616">
      <w:footerReference w:type="default" r:id="rId10"/>
      <w:pgSz w:w="11906" w:h="16838"/>
      <w:pgMar w:top="652" w:right="709" w:bottom="595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859E" w14:textId="77777777" w:rsidR="008A462D" w:rsidRDefault="008A462D">
      <w:pPr>
        <w:spacing w:after="0" w:line="240" w:lineRule="auto"/>
      </w:pPr>
      <w:r>
        <w:separator/>
      </w:r>
    </w:p>
  </w:endnote>
  <w:endnote w:type="continuationSeparator" w:id="0">
    <w:p w14:paraId="6F446E04" w14:textId="77777777" w:rsidR="008A462D" w:rsidRDefault="008A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CF94" w14:textId="77777777" w:rsidR="005644E8" w:rsidRDefault="008A462D">
    <w:pPr>
      <w:pStyle w:val="Footer"/>
      <w:jc w:val="center"/>
    </w:pPr>
    <w:r>
      <w:rPr>
        <w:color w:val="787878"/>
        <w:sz w:val="16"/>
      </w:rPr>
      <w:t>Lebenslauf - Sega Philippe Fall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A336" w14:textId="77777777" w:rsidR="008A462D" w:rsidRDefault="008A462D">
      <w:pPr>
        <w:spacing w:after="0" w:line="240" w:lineRule="auto"/>
      </w:pPr>
      <w:r>
        <w:separator/>
      </w:r>
    </w:p>
  </w:footnote>
  <w:footnote w:type="continuationSeparator" w:id="0">
    <w:p w14:paraId="6BD1DC27" w14:textId="77777777" w:rsidR="008A462D" w:rsidRDefault="008A4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4616"/>
    <w:rsid w:val="0029639D"/>
    <w:rsid w:val="00326F90"/>
    <w:rsid w:val="005644E8"/>
    <w:rsid w:val="008A462D"/>
    <w:rsid w:val="009E3F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9B307"/>
  <w14:defaultImageDpi w14:val="300"/>
  <w15:docId w15:val="{A9BF99A8-A342-4A51-BBE4-C3CA9CCE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FD7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FD7"/>
    <w:pPr>
      <w:pBdr>
        <w:bottom w:val="single" w:sz="6" w:space="1" w:color="B8D7E8"/>
      </w:pBdr>
      <w:spacing w:before="160" w:after="60"/>
      <w:outlineLvl w:val="0"/>
    </w:pPr>
    <w:rPr>
      <w:b/>
      <w:color w:val="006AA0"/>
      <w:szCs w:val="24"/>
      <w:lang w:val="de-C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E3FD7"/>
    <w:rPr>
      <w:rFonts w:ascii="Calibri" w:hAnsi="Calibri"/>
      <w:b/>
      <w:color w:val="006AA0"/>
      <w:sz w:val="24"/>
      <w:szCs w:val="24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646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a.fall@bluewi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FALL birahim</cp:lastModifiedBy>
  <cp:revision>3</cp:revision>
  <dcterms:created xsi:type="dcterms:W3CDTF">2013-12-23T23:15:00Z</dcterms:created>
  <dcterms:modified xsi:type="dcterms:W3CDTF">2026-06-07T19:54:00Z</dcterms:modified>
  <cp:category/>
</cp:coreProperties>
</file>