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554B27" w14:textId="6E039870" w:rsidR="005070E3" w:rsidRPr="00351774" w:rsidRDefault="00351774">
      <w:pPr>
        <w:spacing w:after="280"/>
        <w:jc w:val="right"/>
        <w:rPr>
          <w:lang w:val="de-CH"/>
        </w:rPr>
      </w:pPr>
      <w:r w:rsidRPr="00351774">
        <w:rPr>
          <w:lang w:val="de-CH"/>
        </w:rPr>
        <w:t>Bern, 1</w:t>
      </w:r>
      <w:r>
        <w:rPr>
          <w:lang w:val="de-CH"/>
        </w:rPr>
        <w:t>7</w:t>
      </w:r>
      <w:r w:rsidRPr="00351774">
        <w:rPr>
          <w:lang w:val="de-CH"/>
        </w:rPr>
        <w:t>. Juni 2026</w:t>
      </w:r>
    </w:p>
    <w:p w14:paraId="4C311F16" w14:textId="77777777" w:rsidR="005070E3" w:rsidRPr="00351774" w:rsidRDefault="00351774">
      <w:pPr>
        <w:pStyle w:val="LetterTitle"/>
        <w:rPr>
          <w:lang w:val="de-CH"/>
        </w:rPr>
      </w:pPr>
      <w:r w:rsidRPr="00351774">
        <w:rPr>
          <w:lang w:val="de-CH"/>
        </w:rPr>
        <w:t>Bewerbung um ein zweijähriges Praktikum in der Plattformentwicklung (August 2026 – Juli 2028)</w:t>
      </w:r>
    </w:p>
    <w:p w14:paraId="13827C04" w14:textId="77777777" w:rsidR="005070E3" w:rsidRPr="00351774" w:rsidRDefault="00351774">
      <w:pPr>
        <w:spacing w:after="180"/>
        <w:rPr>
          <w:lang w:val="de-CH"/>
        </w:rPr>
      </w:pPr>
      <w:r w:rsidRPr="00351774">
        <w:rPr>
          <w:lang w:val="de-CH"/>
        </w:rPr>
        <w:t>Sehr geehrte Damen und Herren</w:t>
      </w:r>
    </w:p>
    <w:p w14:paraId="0FDC63F2" w14:textId="77777777" w:rsidR="005070E3" w:rsidRPr="00351774" w:rsidRDefault="00351774" w:rsidP="00351774">
      <w:pPr>
        <w:jc w:val="both"/>
        <w:rPr>
          <w:lang w:val="de-CH"/>
        </w:rPr>
      </w:pPr>
      <w:r w:rsidRPr="00351774">
        <w:rPr>
          <w:lang w:val="de-CH"/>
        </w:rPr>
        <w:t xml:space="preserve">Mit diesem </w:t>
      </w:r>
      <w:r w:rsidRPr="00351774">
        <w:rPr>
          <w:lang w:val="de-CH"/>
        </w:rPr>
        <w:t xml:space="preserve">Schreiben bewerbe ich mich um ein zweijähriges Praktikum in der Informatik, Fachrichtung Plattformentwicklung, für den Zeitraum von August 2026 bis Juli 2028. Ich absolviere derzeit meine Ausbildung zum Informatiker EFZ an der Computerschule Bern CSBE und </w:t>
      </w:r>
      <w:r w:rsidRPr="00351774">
        <w:rPr>
          <w:lang w:val="de-CH"/>
        </w:rPr>
        <w:t>möchte meine Kenntnisse in einem professionellen Umfeld praktisch einsetzen und weiterentwickeln.</w:t>
      </w:r>
    </w:p>
    <w:p w14:paraId="14F30120" w14:textId="77777777" w:rsidR="005070E3" w:rsidRPr="00351774" w:rsidRDefault="00351774" w:rsidP="00351774">
      <w:pPr>
        <w:jc w:val="both"/>
        <w:rPr>
          <w:lang w:val="de-CH"/>
        </w:rPr>
      </w:pPr>
      <w:r w:rsidRPr="00351774">
        <w:rPr>
          <w:lang w:val="de-CH"/>
        </w:rPr>
        <w:t>Eine bereits zugesagte Praktikumsmöglichkeit konnte aufgrund kurzfristiger Schwierigkeiten des Unternehmens leider nicht aufrechterhalten werden. Deshalb such</w:t>
      </w:r>
      <w:r w:rsidRPr="00351774">
        <w:rPr>
          <w:lang w:val="de-CH"/>
        </w:rPr>
        <w:t>e ich nun aktiv nach einem neuen Betrieb, in dem ich meine Ausbildung zuverlässig fortsetzen kann. Diese unerwartete Situation bestärkt mich darin, eine neue Chance mit grosser Motivation, Einsatzbereitschaft und Verantwortungsbewusstsein zu nutzen.</w:t>
      </w:r>
    </w:p>
    <w:p w14:paraId="497EE3AB" w14:textId="77777777" w:rsidR="005070E3" w:rsidRPr="00351774" w:rsidRDefault="00351774" w:rsidP="00351774">
      <w:pPr>
        <w:jc w:val="both"/>
        <w:rPr>
          <w:lang w:val="de-CH"/>
        </w:rPr>
      </w:pPr>
      <w:r w:rsidRPr="00351774">
        <w:rPr>
          <w:lang w:val="de-CH"/>
        </w:rPr>
        <w:t>Mein Z</w:t>
      </w:r>
      <w:r w:rsidRPr="00351774">
        <w:rPr>
          <w:lang w:val="de-CH"/>
        </w:rPr>
        <w:t>wischenzeugnis zeigt, dass ich in der Fachrichtung Plattformentwicklung auf einem guten Weg bin. Besonders gute Leistungen konnte ich in praxisnahen Bereichen wie Netzwerksicherheit, Systemsicherheit, Serverdiensten, Cloud-Lösungen, Directory Services, Net</w:t>
      </w:r>
      <w:r w:rsidRPr="00351774">
        <w:rPr>
          <w:lang w:val="de-CH"/>
        </w:rPr>
        <w:t>zwerkbetrieb sowie bei der selbständigen Durchführung von Kleinprojekten erzielen. Diese Resultate passen zu dem, was mich an der Informatik besonders interessiert: Systeme verstehen, sauber aufbauen, absichern und im Betrieb zuverlässig unterstützen.</w:t>
      </w:r>
    </w:p>
    <w:p w14:paraId="23F0F60F" w14:textId="77777777" w:rsidR="005070E3" w:rsidRPr="00351774" w:rsidRDefault="00351774" w:rsidP="00351774">
      <w:pPr>
        <w:jc w:val="both"/>
        <w:rPr>
          <w:lang w:val="de-CH"/>
        </w:rPr>
      </w:pPr>
      <w:r w:rsidRPr="00351774">
        <w:rPr>
          <w:lang w:val="de-CH"/>
        </w:rPr>
        <w:t>Auch</w:t>
      </w:r>
      <w:r w:rsidRPr="00351774">
        <w:rPr>
          <w:lang w:val="de-CH"/>
        </w:rPr>
        <w:t xml:space="preserve"> ausserhalb des Unterrichts beschäftige ich mich intensiv mit Informatik. Zu meinen eigenen Projekten gehören ein </w:t>
      </w:r>
      <w:proofErr w:type="spellStart"/>
      <w:r w:rsidRPr="00351774">
        <w:rPr>
          <w:lang w:val="de-CH"/>
        </w:rPr>
        <w:t>Homelab</w:t>
      </w:r>
      <w:proofErr w:type="spellEnd"/>
      <w:r w:rsidRPr="00351774">
        <w:rPr>
          <w:lang w:val="de-CH"/>
        </w:rPr>
        <w:t>, eine Remote-Desktop-Webseite sowie ein KI-unterstütztes Ticketsystem. Dabei lerne ich, theoretisches Wissen praktisch anzuwenden, Feh</w:t>
      </w:r>
      <w:r w:rsidRPr="00351774">
        <w:rPr>
          <w:lang w:val="de-CH"/>
        </w:rPr>
        <w:t>ler systematisch zu analysieren und Lösungen zu entwickeln, die im Alltag funktionieren.</w:t>
      </w:r>
    </w:p>
    <w:p w14:paraId="6E1C563E" w14:textId="77777777" w:rsidR="005070E3" w:rsidRPr="00351774" w:rsidRDefault="00351774" w:rsidP="00351774">
      <w:pPr>
        <w:jc w:val="both"/>
        <w:rPr>
          <w:lang w:val="de-CH"/>
        </w:rPr>
      </w:pPr>
      <w:r w:rsidRPr="00351774">
        <w:rPr>
          <w:lang w:val="de-CH"/>
        </w:rPr>
        <w:t>Ich bringe solide Grundlagen in Windows-Systemadministration, Netzwerkadministration, Virtualisierung, Python, PowerShell, Datenbanken und IT-Support mit. Gleichzeitig</w:t>
      </w:r>
      <w:r w:rsidRPr="00351774">
        <w:rPr>
          <w:lang w:val="de-CH"/>
        </w:rPr>
        <w:t xml:space="preserve"> ist mir bewusst, dass ein Praktikum auch bedeutet, zuzuhören, Verantwortung zu übernehmen, sauber zu dokumentieren und sich gut in bestehende Teamabläufe einzufügen.</w:t>
      </w:r>
    </w:p>
    <w:p w14:paraId="50257C96" w14:textId="77777777" w:rsidR="005070E3" w:rsidRPr="00351774" w:rsidRDefault="00351774" w:rsidP="00351774">
      <w:pPr>
        <w:jc w:val="both"/>
        <w:rPr>
          <w:lang w:val="de-CH"/>
        </w:rPr>
      </w:pPr>
      <w:r w:rsidRPr="00351774">
        <w:rPr>
          <w:lang w:val="de-CH"/>
        </w:rPr>
        <w:t>Meine bisherigen Ausbildungsstationen haben mir gezeigt, wie wichtig Ausdauer, das passen</w:t>
      </w:r>
      <w:r w:rsidRPr="00351774">
        <w:rPr>
          <w:lang w:val="de-CH"/>
        </w:rPr>
        <w:t>de Umfeld und eine klare Zielorientierung sind. Ich möchte die Gelegenheit erhalten, meine Stärken in einem Betrieb einzubringen, dazuzulernen und mich zu einem zuverlässigen Informatiker EFZ mit Fachrichtung Plattformentwicklung weiterzuentwickeln.</w:t>
      </w:r>
    </w:p>
    <w:p w14:paraId="49296E45" w14:textId="77777777" w:rsidR="005070E3" w:rsidRPr="00351774" w:rsidRDefault="00351774" w:rsidP="00351774">
      <w:pPr>
        <w:jc w:val="both"/>
        <w:rPr>
          <w:lang w:val="de-CH"/>
        </w:rPr>
      </w:pPr>
      <w:r w:rsidRPr="00351774">
        <w:rPr>
          <w:lang w:val="de-CH"/>
        </w:rPr>
        <w:t>Über d</w:t>
      </w:r>
      <w:r w:rsidRPr="00351774">
        <w:rPr>
          <w:lang w:val="de-CH"/>
        </w:rPr>
        <w:t>ie Möglichkeit, mich persönlich vorzustellen und mehr über eine mögliche Praktikumsstelle in Ihrem Betrieb zu erfahren, würde ich mich sehr freuen. Meinen Lebenslauf, mein Zwischenzeugnis und weitere Unterlagen reiche ich gerne ein.</w:t>
      </w:r>
    </w:p>
    <w:p w14:paraId="5578167F" w14:textId="77777777" w:rsidR="005070E3" w:rsidRPr="00351774" w:rsidRDefault="00351774" w:rsidP="00351774">
      <w:pPr>
        <w:spacing w:before="160" w:after="280"/>
        <w:jc w:val="both"/>
        <w:rPr>
          <w:lang w:val="de-CH"/>
        </w:rPr>
      </w:pPr>
      <w:r w:rsidRPr="00351774">
        <w:rPr>
          <w:lang w:val="de-CH"/>
        </w:rPr>
        <w:t>Mit freundlichen Grüsse</w:t>
      </w:r>
      <w:r w:rsidRPr="00351774">
        <w:rPr>
          <w:lang w:val="de-CH"/>
        </w:rPr>
        <w:t>n</w:t>
      </w:r>
    </w:p>
    <w:p w14:paraId="7B03E046" w14:textId="77777777" w:rsidR="005070E3" w:rsidRPr="00351774" w:rsidRDefault="00351774">
      <w:pPr>
        <w:rPr>
          <w:lang w:val="de-CH"/>
        </w:rPr>
      </w:pPr>
      <w:r w:rsidRPr="00351774">
        <w:rPr>
          <w:b/>
          <w:lang w:val="de-CH"/>
        </w:rPr>
        <w:t>Sega Philippe Fall</w:t>
      </w:r>
    </w:p>
    <w:sectPr w:rsidR="005070E3" w:rsidRPr="00351774" w:rsidSect="00351774">
      <w:headerReference w:type="default" r:id="rId8"/>
      <w:pgSz w:w="11906" w:h="16838"/>
      <w:pgMar w:top="576" w:right="1152" w:bottom="288"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E08449" w14:textId="77777777" w:rsidR="00351774" w:rsidRDefault="00351774" w:rsidP="00351774">
      <w:pPr>
        <w:spacing w:after="0" w:line="240" w:lineRule="auto"/>
      </w:pPr>
      <w:r>
        <w:separator/>
      </w:r>
    </w:p>
  </w:endnote>
  <w:endnote w:type="continuationSeparator" w:id="0">
    <w:p w14:paraId="761855D9" w14:textId="77777777" w:rsidR="00351774" w:rsidRDefault="00351774" w:rsidP="003517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CA8E75" w14:textId="77777777" w:rsidR="00351774" w:rsidRDefault="00351774" w:rsidP="00351774">
      <w:pPr>
        <w:spacing w:after="0" w:line="240" w:lineRule="auto"/>
      </w:pPr>
      <w:r>
        <w:separator/>
      </w:r>
    </w:p>
  </w:footnote>
  <w:footnote w:type="continuationSeparator" w:id="0">
    <w:p w14:paraId="72D75F03" w14:textId="77777777" w:rsidR="00351774" w:rsidRDefault="00351774" w:rsidP="003517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87ABC" w14:textId="4976AE73" w:rsidR="00351774" w:rsidRPr="00351774" w:rsidRDefault="00351774" w:rsidP="00351774">
    <w:pPr>
      <w:spacing w:after="280"/>
      <w:rPr>
        <w:lang w:val="de-CH"/>
      </w:rPr>
    </w:pPr>
    <w:r w:rsidRPr="00351774">
      <w:rPr>
        <w:b/>
        <w:lang w:val="de-CH"/>
      </w:rPr>
      <w:t>Sega Philippe Fall</w:t>
    </w:r>
    <w:r w:rsidRPr="00351774">
      <w:rPr>
        <w:lang w:val="de-CH"/>
      </w:rPr>
      <w:br/>
    </w:r>
    <w:proofErr w:type="spellStart"/>
    <w:r w:rsidRPr="00351774">
      <w:rPr>
        <w:lang w:val="de-CH"/>
      </w:rPr>
      <w:t>Kasthoferstrasse</w:t>
    </w:r>
    <w:proofErr w:type="spellEnd"/>
    <w:r w:rsidRPr="00351774">
      <w:rPr>
        <w:lang w:val="de-CH"/>
      </w:rPr>
      <w:t xml:space="preserve"> 50</w:t>
    </w:r>
    <w:r w:rsidRPr="00351774">
      <w:rPr>
        <w:lang w:val="de-CH"/>
      </w:rPr>
      <w:br/>
      <w:t>3006 Bern</w:t>
    </w:r>
    <w:r w:rsidRPr="00351774">
      <w:rPr>
        <w:lang w:val="de-CH"/>
      </w:rPr>
      <w:br/>
      <w:t>+41 79 951 57 52</w:t>
    </w:r>
    <w:r w:rsidRPr="00351774">
      <w:rPr>
        <w:lang w:val="de-CH"/>
      </w:rPr>
      <w:br/>
      <w:t>sega.fall@bluewin.ch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51774"/>
    <w:rsid w:val="005070E3"/>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EDAA1DF"/>
  <w14:defaultImageDpi w14:val="300"/>
  <w15:docId w15:val="{6E1CAA33-BE28-417B-869E-82906C127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line="247" w:lineRule="auto"/>
    </w:pPr>
    <w:rPr>
      <w:rFonts w:ascii="Calibri" w:eastAsia="Calibri" w:hAnsi="Calibri"/>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LetterTitle">
    <w:name w:val="Letter Title"/>
    <w:pPr>
      <w:spacing w:before="120"/>
    </w:pPr>
    <w:rPr>
      <w:rFonts w:ascii="Calibri" w:eastAsia="Calibri" w:hAnsi="Calibri"/>
      <w:b/>
      <w:sz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408</Words>
  <Characters>2328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2731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Bewerbungsschreiben Praktikum Plattformentwicklung - Sega Philippe Fall</dc:title>
  <dc:subject>Praktikum Plattformentwicklung August 2026 - Juli 2028</dc:subject>
  <dc:creator/>
  <cp:keywords/>
  <dc:description>generated by python-docx</dc:description>
  <cp:lastModifiedBy>FALL birahim</cp:lastModifiedBy>
  <cp:revision>2</cp:revision>
  <dcterms:created xsi:type="dcterms:W3CDTF">2013-12-23T23:15:00Z</dcterms:created>
  <dcterms:modified xsi:type="dcterms:W3CDTF">2026-06-19T06:09:00Z</dcterms:modified>
  <cp:category/>
</cp:coreProperties>
</file>